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840"/>
        <w:gridCol w:w="2520"/>
      </w:tblGrid>
      <w:tr w:rsidR="00B075C5" w14:paraId="59EE07BD" w14:textId="77777777">
        <w:trPr>
          <w:jc w:val="center"/>
        </w:trPr>
        <w:tc>
          <w:tcPr>
            <w:tcW w:w="6840" w:type="dxa"/>
            <w:tcMar>
              <w:top w:w="80" w:type="dxa"/>
              <w:left w:w="0" w:type="dxa"/>
              <w:bottom w:w="80" w:type="dxa"/>
              <w:right w:w="120" w:type="dxa"/>
            </w:tcMar>
          </w:tcPr>
          <w:p w14:paraId="51B8ECBF" w14:textId="77777777" w:rsidR="00B075C5" w:rsidRDefault="007E0A0A">
            <w:pPr>
              <w:spacing w:after="40"/>
              <w:rPr>
                <w:rFonts w:hint="eastAsia"/>
              </w:rPr>
            </w:pPr>
            <w:r>
              <w:rPr>
                <w:rFonts w:ascii="Aptos Display" w:hAnsi="Aptos Display"/>
                <w:b/>
                <w:color w:val="1F2937"/>
                <w:sz w:val="42"/>
              </w:rPr>
              <w:t>NOMBRE COMPLETO</w:t>
            </w:r>
          </w:p>
          <w:p w14:paraId="3E5F4077" w14:textId="77777777" w:rsidR="00B075C5" w:rsidRDefault="007E0A0A">
            <w:pPr>
              <w:spacing w:after="80"/>
              <w:rPr>
                <w:rFonts w:hint="eastAsia"/>
              </w:rPr>
            </w:pPr>
            <w:r>
              <w:rPr>
                <w:b/>
                <w:color w:val="1F4E79"/>
                <w:sz w:val="22"/>
              </w:rPr>
              <w:t>Puesto / Especialidad profesional</w:t>
            </w:r>
          </w:p>
          <w:p w14:paraId="6738F057" w14:textId="77777777" w:rsidR="00B075C5" w:rsidRDefault="007E0A0A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Ciudad, Estado  |  Teléfono  |  Correo electrónico</w:t>
            </w:r>
          </w:p>
          <w:p w14:paraId="0E693504" w14:textId="77777777" w:rsidR="00B075C5" w:rsidRDefault="007E0A0A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LinkedIn (opcional)</w:t>
            </w:r>
          </w:p>
        </w:tc>
        <w:tc>
          <w:tcPr>
            <w:tcW w:w="2520" w:type="dxa"/>
            <w:shd w:val="clear" w:color="auto" w:fill="1F4E79"/>
            <w:tcMar>
              <w:top w:w="180" w:type="dxa"/>
              <w:left w:w="120" w:type="dxa"/>
              <w:bottom w:w="180" w:type="dxa"/>
              <w:right w:w="120" w:type="dxa"/>
            </w:tcMar>
          </w:tcPr>
          <w:p w14:paraId="0BBED782" w14:textId="77777777" w:rsidR="00B075C5" w:rsidRDefault="00114DD8">
            <w:pPr>
              <w:jc w:val="center"/>
              <w:rPr>
                <w:b/>
                <w:color w:val="FFFFFF"/>
                <w:sz w:val="17"/>
              </w:rPr>
            </w:pPr>
            <w:proofErr w:type="spellStart"/>
            <w:r>
              <w:rPr>
                <w:b/>
                <w:color w:val="FFFFFF"/>
                <w:sz w:val="17"/>
              </w:rPr>
              <w:t>Foto</w:t>
            </w:r>
            <w:proofErr w:type="spellEnd"/>
          </w:p>
          <w:p w14:paraId="70F74A65" w14:textId="794F65F2" w:rsidR="00114DD8" w:rsidRDefault="00114DD8">
            <w:pPr>
              <w:jc w:val="center"/>
              <w:rPr>
                <w:rFonts w:hint="eastAsia"/>
              </w:rPr>
            </w:pPr>
            <w:proofErr w:type="spellStart"/>
            <w:r>
              <w:rPr>
                <w:b/>
                <w:color w:val="FFFFFF"/>
                <w:sz w:val="17"/>
              </w:rPr>
              <w:t>profesional</w:t>
            </w:r>
            <w:proofErr w:type="spellEnd"/>
          </w:p>
        </w:tc>
      </w:tr>
    </w:tbl>
    <w:p w14:paraId="1BABD207" w14:textId="77777777" w:rsidR="00B075C5" w:rsidRDefault="007E0A0A">
      <w:pPr>
        <w:pBdr>
          <w:bottom w:val="single" w:sz="8" w:space="1" w:color="1F4E79"/>
        </w:pBdr>
        <w:spacing w:before="160" w:after="80"/>
        <w:rPr>
          <w:rFonts w:hint="eastAsia"/>
        </w:rPr>
      </w:pPr>
      <w:r>
        <w:rPr>
          <w:rFonts w:ascii="Aptos Display" w:hAnsi="Aptos Display"/>
          <w:b/>
          <w:color w:val="1F4E79"/>
          <w:sz w:val="21"/>
        </w:rPr>
        <w:t>PERFIL PROFESIONAL</w:t>
      </w:r>
    </w:p>
    <w:p w14:paraId="29A50D64" w14:textId="77777777" w:rsidR="00B075C5" w:rsidRDefault="007E0A0A">
      <w:pPr>
        <w:spacing w:after="60"/>
        <w:rPr>
          <w:rFonts w:hint="eastAsia"/>
        </w:rPr>
      </w:pPr>
      <w:r>
        <w:rPr>
          <w:i/>
          <w:color w:val="6B7280"/>
        </w:rPr>
        <w:t xml:space="preserve">[Escribe aquí un resumen de 4–6 líneas: profesión, años de experiencia, principales </w:t>
      </w:r>
      <w:r>
        <w:rPr>
          <w:i/>
          <w:color w:val="6B7280"/>
        </w:rPr>
        <w:t>áreas, herramientas y fortalezas. Adapta este apartado a la vacante.]</w:t>
      </w:r>
    </w:p>
    <w:p w14:paraId="3BFF8DAB" w14:textId="77777777" w:rsidR="00B075C5" w:rsidRDefault="007E0A0A">
      <w:pPr>
        <w:pBdr>
          <w:bottom w:val="single" w:sz="8" w:space="1" w:color="1F4E79"/>
        </w:pBdr>
        <w:spacing w:before="160" w:after="80"/>
        <w:rPr>
          <w:rFonts w:hint="eastAsia"/>
        </w:rPr>
      </w:pPr>
      <w:r>
        <w:rPr>
          <w:rFonts w:ascii="Aptos Display" w:hAnsi="Aptos Display"/>
          <w:b/>
          <w:color w:val="1F4E79"/>
          <w:sz w:val="21"/>
        </w:rPr>
        <w:t>EXPERIENCIA PROFESIONAL</w:t>
      </w:r>
    </w:p>
    <w:p w14:paraId="55EAB8E1" w14:textId="77777777" w:rsidR="00B075C5" w:rsidRDefault="007E0A0A">
      <w:pPr>
        <w:spacing w:after="0"/>
        <w:rPr>
          <w:rFonts w:hint="eastAsia"/>
        </w:rPr>
      </w:pPr>
      <w:r>
        <w:rPr>
          <w:b/>
          <w:sz w:val="20"/>
        </w:rPr>
        <w:t>EMPRESA — PUESTO</w:t>
      </w:r>
      <w:r>
        <w:rPr>
          <w:color w:val="6B7280"/>
        </w:rPr>
        <w:t xml:space="preserve">   |   Mes/Año – Actualidad</w:t>
      </w:r>
    </w:p>
    <w:p w14:paraId="28C36ED3" w14:textId="77777777" w:rsidR="00B075C5" w:rsidRDefault="007E0A0A">
      <w:pPr>
        <w:spacing w:after="30"/>
        <w:ind w:left="259" w:hanging="173"/>
        <w:rPr>
          <w:rFonts w:hint="eastAsia"/>
        </w:rPr>
      </w:pPr>
      <w:r>
        <w:rPr>
          <w:color w:val="1F4E79"/>
        </w:rPr>
        <w:t xml:space="preserve">• </w:t>
      </w:r>
      <w:r>
        <w:t>[Función relevante relacionada con la posición.]</w:t>
      </w:r>
    </w:p>
    <w:p w14:paraId="6C7F5B62" w14:textId="77777777" w:rsidR="00B075C5" w:rsidRDefault="007E0A0A">
      <w:pPr>
        <w:spacing w:after="30"/>
        <w:ind w:left="259" w:hanging="173"/>
        <w:rPr>
          <w:rFonts w:hint="eastAsia"/>
        </w:rPr>
      </w:pPr>
      <w:r>
        <w:rPr>
          <w:color w:val="1F4E79"/>
        </w:rPr>
        <w:t xml:space="preserve">• </w:t>
      </w:r>
      <w:r>
        <w:t xml:space="preserve">[Función relevante + herramienta, proceso, cliente o </w:t>
      </w:r>
      <w:r>
        <w:t>volumen.]</w:t>
      </w:r>
    </w:p>
    <w:p w14:paraId="6CE1AA6C" w14:textId="77777777" w:rsidR="00B075C5" w:rsidRDefault="007E0A0A">
      <w:pPr>
        <w:spacing w:after="30"/>
        <w:ind w:left="259" w:hanging="173"/>
        <w:rPr>
          <w:rFonts w:hint="eastAsia"/>
        </w:rPr>
      </w:pPr>
      <w:r>
        <w:rPr>
          <w:color w:val="1F4E79"/>
        </w:rPr>
        <w:t xml:space="preserve">• </w:t>
      </w:r>
      <w:r>
        <w:t>[Logro cuantificable cuando sea posible: ahorro, incremento, reducción, volumen, etc.]</w:t>
      </w:r>
    </w:p>
    <w:p w14:paraId="2853D9C3" w14:textId="77777777" w:rsidR="00B075C5" w:rsidRDefault="007E0A0A">
      <w:pPr>
        <w:spacing w:after="0"/>
        <w:rPr>
          <w:rFonts w:hint="eastAsia"/>
        </w:rPr>
      </w:pPr>
      <w:r>
        <w:rPr>
          <w:b/>
          <w:sz w:val="20"/>
        </w:rPr>
        <w:t>EMPRESA ANTERIOR — PUESTO</w:t>
      </w:r>
      <w:r>
        <w:rPr>
          <w:color w:val="6B7280"/>
        </w:rPr>
        <w:t xml:space="preserve">   |   Mes/Año – Mes/Año</w:t>
      </w:r>
    </w:p>
    <w:p w14:paraId="33D5D04D" w14:textId="77777777" w:rsidR="00B075C5" w:rsidRDefault="007E0A0A">
      <w:pPr>
        <w:spacing w:after="30"/>
        <w:ind w:left="259" w:hanging="173"/>
        <w:rPr>
          <w:rFonts w:hint="eastAsia"/>
        </w:rPr>
      </w:pPr>
      <w:r>
        <w:rPr>
          <w:color w:val="1F4E79"/>
        </w:rPr>
        <w:t xml:space="preserve">• </w:t>
      </w:r>
      <w:r>
        <w:t>[Función relevante relacionada con la posición.]</w:t>
      </w:r>
    </w:p>
    <w:p w14:paraId="2CA4F83C" w14:textId="77777777" w:rsidR="00B075C5" w:rsidRDefault="007E0A0A">
      <w:pPr>
        <w:spacing w:after="30"/>
        <w:ind w:left="259" w:hanging="173"/>
        <w:rPr>
          <w:rFonts w:hint="eastAsia"/>
        </w:rPr>
      </w:pPr>
      <w:r>
        <w:rPr>
          <w:color w:val="1F4E79"/>
        </w:rPr>
        <w:t xml:space="preserve">• </w:t>
      </w:r>
      <w:r>
        <w:t>[Función relevante + herramienta, proceso, cliente o v</w:t>
      </w:r>
      <w:r>
        <w:t>olumen.]</w:t>
      </w:r>
    </w:p>
    <w:p w14:paraId="4FD3DC9A" w14:textId="77777777" w:rsidR="00B075C5" w:rsidRDefault="007E0A0A">
      <w:pPr>
        <w:spacing w:after="30"/>
        <w:ind w:left="259" w:hanging="173"/>
        <w:rPr>
          <w:rFonts w:hint="eastAsia"/>
        </w:rPr>
      </w:pPr>
      <w:r>
        <w:rPr>
          <w:color w:val="1F4E79"/>
        </w:rPr>
        <w:t xml:space="preserve">• </w:t>
      </w:r>
      <w:r>
        <w:t>[Logro cuantificable cuando sea posible: ahorro, incremento, reducción, volumen, etc.]</w:t>
      </w:r>
    </w:p>
    <w:p w14:paraId="0DC2F2BD" w14:textId="77777777" w:rsidR="00B075C5" w:rsidRDefault="007E0A0A">
      <w:pPr>
        <w:pBdr>
          <w:bottom w:val="single" w:sz="8" w:space="1" w:color="1F4E79"/>
        </w:pBdr>
        <w:spacing w:before="160" w:after="80"/>
        <w:rPr>
          <w:rFonts w:hint="eastAsia"/>
        </w:rPr>
      </w:pPr>
      <w:r>
        <w:rPr>
          <w:rFonts w:ascii="Aptos Display" w:hAnsi="Aptos Display"/>
          <w:b/>
          <w:color w:val="1F4E79"/>
          <w:sz w:val="21"/>
        </w:rPr>
        <w:t>FORMACIÓN ACADÉMICA</w:t>
      </w:r>
    </w:p>
    <w:p w14:paraId="0AE6FAA1" w14:textId="77777777" w:rsidR="00B075C5" w:rsidRDefault="007E0A0A">
      <w:pPr>
        <w:spacing w:after="20"/>
        <w:rPr>
          <w:rFonts w:hint="eastAsia"/>
        </w:rPr>
      </w:pPr>
      <w:r>
        <w:rPr>
          <w:b/>
        </w:rPr>
        <w:t>[NOMBRE DE LA CARRERA]</w:t>
      </w:r>
      <w:r>
        <w:t xml:space="preserve"> — [Universidad / Institución] | [Año de inicio – Año de término]</w:t>
      </w:r>
    </w:p>
    <w:p w14:paraId="5A29AE48" w14:textId="77777777" w:rsidR="00B075C5" w:rsidRDefault="007E0A0A">
      <w:pPr>
        <w:spacing w:after="40"/>
        <w:rPr>
          <w:rFonts w:hint="eastAsia"/>
        </w:rPr>
      </w:pPr>
      <w:r>
        <w:rPr>
          <w:b/>
        </w:rPr>
        <w:t xml:space="preserve">Estatus: </w:t>
      </w:r>
      <w:r>
        <w:t>Titulado / Pasante / En proceso de titula</w:t>
      </w:r>
      <w:r>
        <w:t>ción</w:t>
      </w:r>
    </w:p>
    <w:p w14:paraId="0C0FD80D" w14:textId="77777777" w:rsidR="00B075C5" w:rsidRDefault="007E0A0A">
      <w:pPr>
        <w:pBdr>
          <w:bottom w:val="single" w:sz="8" w:space="1" w:color="1F4E79"/>
        </w:pBdr>
        <w:spacing w:before="160" w:after="80"/>
        <w:rPr>
          <w:rFonts w:hint="eastAsia"/>
        </w:rPr>
      </w:pPr>
      <w:r>
        <w:rPr>
          <w:rFonts w:ascii="Aptos Display" w:hAnsi="Aptos Display"/>
          <w:b/>
          <w:color w:val="1F4E79"/>
          <w:sz w:val="21"/>
        </w:rPr>
        <w:t>CONOCIMIENTOS Y HERRAMIENTAS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179"/>
        <w:gridCol w:w="5179"/>
      </w:tblGrid>
      <w:tr w:rsidR="00B075C5" w14:paraId="4038904F" w14:textId="77777777">
        <w:trPr>
          <w:jc w:val="center"/>
        </w:trPr>
        <w:tc>
          <w:tcPr>
            <w:tcW w:w="5184" w:type="dxa"/>
            <w:shd w:val="clear" w:color="auto" w:fill="EAF2F8"/>
          </w:tcPr>
          <w:p w14:paraId="56E020AC" w14:textId="77777777" w:rsidR="00B075C5" w:rsidRDefault="007E0A0A">
            <w:pPr>
              <w:rPr>
                <w:rFonts w:hint="eastAsia"/>
              </w:rPr>
            </w:pPr>
            <w:r>
              <w:rPr>
                <w:b/>
                <w:color w:val="1F4E79"/>
              </w:rPr>
              <w:t>HERRAMIENTA / CONOCIMIENTO</w:t>
            </w:r>
          </w:p>
        </w:tc>
        <w:tc>
          <w:tcPr>
            <w:tcW w:w="5184" w:type="dxa"/>
            <w:shd w:val="clear" w:color="auto" w:fill="EAF2F8"/>
          </w:tcPr>
          <w:p w14:paraId="6F5237EE" w14:textId="77777777" w:rsidR="00B075C5" w:rsidRDefault="007E0A0A">
            <w:pPr>
              <w:rPr>
                <w:rFonts w:hint="eastAsia"/>
              </w:rPr>
            </w:pPr>
            <w:r>
              <w:rPr>
                <w:b/>
                <w:color w:val="1F4E79"/>
              </w:rPr>
              <w:t>NIVEL</w:t>
            </w:r>
          </w:p>
        </w:tc>
      </w:tr>
      <w:tr w:rsidR="00B075C5" w14:paraId="0C6AD1EB" w14:textId="77777777">
        <w:trPr>
          <w:jc w:val="center"/>
        </w:trPr>
        <w:tc>
          <w:tcPr>
            <w:tcW w:w="5184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5050170" w14:textId="77777777" w:rsidR="00B075C5" w:rsidRDefault="007E0A0A">
            <w:pPr>
              <w:rPr>
                <w:rFonts w:hint="eastAsia"/>
              </w:rPr>
            </w:pPr>
            <w:r>
              <w:t>[Herramienta / Software]</w:t>
            </w:r>
          </w:p>
        </w:tc>
        <w:tc>
          <w:tcPr>
            <w:tcW w:w="5184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C14FE41" w14:textId="77777777" w:rsidR="00B075C5" w:rsidRDefault="007E0A0A">
            <w:pPr>
              <w:rPr>
                <w:rFonts w:hint="eastAsia"/>
              </w:rPr>
            </w:pPr>
            <w:r>
              <w:t>[Básico / Intermedio / Avanzado]</w:t>
            </w:r>
          </w:p>
        </w:tc>
      </w:tr>
      <w:tr w:rsidR="00B075C5" w14:paraId="0BF9EFB8" w14:textId="77777777">
        <w:trPr>
          <w:jc w:val="center"/>
        </w:trPr>
        <w:tc>
          <w:tcPr>
            <w:tcW w:w="5184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903D0BA" w14:textId="77777777" w:rsidR="00B075C5" w:rsidRDefault="007E0A0A">
            <w:pPr>
              <w:rPr>
                <w:rFonts w:hint="eastAsia"/>
              </w:rPr>
            </w:pPr>
            <w:r>
              <w:t>[ERP / CRM / ATS]</w:t>
            </w:r>
          </w:p>
        </w:tc>
        <w:tc>
          <w:tcPr>
            <w:tcW w:w="5184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26B5DCB" w14:textId="77777777" w:rsidR="00B075C5" w:rsidRDefault="007E0A0A">
            <w:pPr>
              <w:rPr>
                <w:rFonts w:hint="eastAsia"/>
              </w:rPr>
            </w:pPr>
            <w:r>
              <w:t>[Nivel]</w:t>
            </w:r>
          </w:p>
        </w:tc>
      </w:tr>
      <w:tr w:rsidR="00B075C5" w14:paraId="2C45A0FE" w14:textId="77777777">
        <w:trPr>
          <w:jc w:val="center"/>
        </w:trPr>
        <w:tc>
          <w:tcPr>
            <w:tcW w:w="5184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E6E1773" w14:textId="77777777" w:rsidR="00B075C5" w:rsidRDefault="007E0A0A">
            <w:pPr>
              <w:rPr>
                <w:rFonts w:hint="eastAsia"/>
              </w:rPr>
            </w:pPr>
            <w:r>
              <w:t>Microsoft Excel</w:t>
            </w:r>
          </w:p>
        </w:tc>
        <w:tc>
          <w:tcPr>
            <w:tcW w:w="5184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08653B2" w14:textId="77777777" w:rsidR="00B075C5" w:rsidRDefault="007E0A0A">
            <w:pPr>
              <w:rPr>
                <w:rFonts w:hint="eastAsia"/>
              </w:rPr>
            </w:pPr>
            <w:r>
              <w:t>[Nivel]</w:t>
            </w:r>
          </w:p>
        </w:tc>
      </w:tr>
      <w:tr w:rsidR="00B075C5" w14:paraId="09A11543" w14:textId="77777777">
        <w:trPr>
          <w:jc w:val="center"/>
        </w:trPr>
        <w:tc>
          <w:tcPr>
            <w:tcW w:w="5184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63DF523" w14:textId="77777777" w:rsidR="00B075C5" w:rsidRDefault="007E0A0A">
            <w:pPr>
              <w:rPr>
                <w:rFonts w:hint="eastAsia"/>
              </w:rPr>
            </w:pPr>
            <w:r>
              <w:t>[Otra herramienta relevante]</w:t>
            </w:r>
          </w:p>
        </w:tc>
        <w:tc>
          <w:tcPr>
            <w:tcW w:w="5184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1F1F06C" w14:textId="77777777" w:rsidR="00B075C5" w:rsidRDefault="007E0A0A">
            <w:pPr>
              <w:rPr>
                <w:rFonts w:hint="eastAsia"/>
              </w:rPr>
            </w:pPr>
            <w:r>
              <w:t>[Nivel]</w:t>
            </w:r>
          </w:p>
        </w:tc>
      </w:tr>
    </w:tbl>
    <w:p w14:paraId="03B95D65" w14:textId="77777777" w:rsidR="00B075C5" w:rsidRDefault="007E0A0A">
      <w:pPr>
        <w:pBdr>
          <w:bottom w:val="single" w:sz="8" w:space="1" w:color="1F4E79"/>
        </w:pBdr>
        <w:spacing w:before="160" w:after="80"/>
        <w:rPr>
          <w:rFonts w:hint="eastAsia"/>
        </w:rPr>
      </w:pPr>
      <w:r>
        <w:rPr>
          <w:rFonts w:ascii="Aptos Display" w:hAnsi="Aptos Display"/>
          <w:b/>
          <w:color w:val="1F4E79"/>
          <w:sz w:val="21"/>
        </w:rPr>
        <w:t>COMPETENCIAS PROFESIONALES</w:t>
      </w:r>
    </w:p>
    <w:p w14:paraId="7940AC0D" w14:textId="77777777" w:rsidR="00B075C5" w:rsidRDefault="007E0A0A">
      <w:pPr>
        <w:spacing w:after="40"/>
        <w:rPr>
          <w:rFonts w:hint="eastAsia"/>
        </w:rPr>
      </w:pPr>
      <w:r>
        <w:rPr>
          <w:sz w:val="17"/>
        </w:rPr>
        <w:t>Comunicación efectiva  •  Organización  •  Trabajo en equipo  •  Orientación a resultados  •  Resolución de problemas  •  Adaptabilidad  •  [Competencia específica]</w:t>
      </w:r>
    </w:p>
    <w:p w14:paraId="4115700D" w14:textId="77777777" w:rsidR="00B075C5" w:rsidRDefault="007E0A0A">
      <w:pPr>
        <w:pBdr>
          <w:bottom w:val="single" w:sz="8" w:space="1" w:color="1F4E79"/>
        </w:pBdr>
        <w:spacing w:before="160" w:after="80"/>
        <w:rPr>
          <w:rFonts w:hint="eastAsia"/>
        </w:rPr>
      </w:pPr>
      <w:r>
        <w:rPr>
          <w:rFonts w:ascii="Aptos Display" w:hAnsi="Aptos Display"/>
          <w:b/>
          <w:color w:val="1F4E79"/>
          <w:sz w:val="21"/>
        </w:rPr>
        <w:t>IDIOMAS</w:t>
      </w:r>
    </w:p>
    <w:p w14:paraId="6E7869FA" w14:textId="77777777" w:rsidR="00B075C5" w:rsidRDefault="007E0A0A">
      <w:pPr>
        <w:spacing w:after="40"/>
        <w:rPr>
          <w:rFonts w:hint="eastAsia"/>
        </w:rPr>
      </w:pPr>
      <w:r>
        <w:rPr>
          <w:b/>
        </w:rPr>
        <w:t xml:space="preserve">Inglés: </w:t>
      </w:r>
      <w:r>
        <w:t xml:space="preserve">[Nivel]   |   </w:t>
      </w:r>
      <w:r>
        <w:rPr>
          <w:b/>
        </w:rPr>
        <w:t xml:space="preserve">[Otro idioma]: </w:t>
      </w:r>
      <w:r>
        <w:t>[Nivel]</w:t>
      </w:r>
    </w:p>
    <w:p w14:paraId="1C86920F" w14:textId="77777777" w:rsidR="00B075C5" w:rsidRDefault="007E0A0A">
      <w:pPr>
        <w:pBdr>
          <w:bottom w:val="single" w:sz="8" w:space="1" w:color="1F4E79"/>
        </w:pBdr>
        <w:spacing w:before="160" w:after="80"/>
        <w:rPr>
          <w:rFonts w:hint="eastAsia"/>
        </w:rPr>
      </w:pPr>
      <w:r>
        <w:rPr>
          <w:rFonts w:ascii="Aptos Display" w:hAnsi="Aptos Display"/>
          <w:b/>
          <w:color w:val="1F4E79"/>
          <w:sz w:val="21"/>
        </w:rPr>
        <w:t>CERTIFICACIONES Y CURSOS</w:t>
      </w:r>
    </w:p>
    <w:p w14:paraId="719E1533" w14:textId="77777777" w:rsidR="00B075C5" w:rsidRDefault="007E0A0A">
      <w:pPr>
        <w:spacing w:after="30"/>
        <w:ind w:left="259" w:hanging="173"/>
        <w:rPr>
          <w:rFonts w:hint="eastAsia"/>
        </w:rPr>
      </w:pPr>
      <w:r>
        <w:rPr>
          <w:color w:val="1F4E79"/>
        </w:rPr>
        <w:t xml:space="preserve">• </w:t>
      </w:r>
      <w:r>
        <w:t xml:space="preserve">[Nombre de </w:t>
      </w:r>
      <w:r>
        <w:t>certificación o curso] — [Institución] | [Año]</w:t>
      </w:r>
    </w:p>
    <w:p w14:paraId="58A037DE" w14:textId="77777777" w:rsidR="00B075C5" w:rsidRDefault="007E0A0A">
      <w:pPr>
        <w:spacing w:after="30"/>
        <w:ind w:left="259" w:hanging="173"/>
        <w:rPr>
          <w:rFonts w:hint="eastAsia"/>
        </w:rPr>
      </w:pPr>
      <w:r>
        <w:rPr>
          <w:color w:val="1F4E79"/>
        </w:rPr>
        <w:t xml:space="preserve">• </w:t>
      </w:r>
      <w:r>
        <w:t>[Nombre de certificación o curso] — [Institución] | [Año]</w:t>
      </w:r>
    </w:p>
    <w:p w14:paraId="7F508E85" w14:textId="7606F962" w:rsidR="00B075C5" w:rsidRDefault="00B075C5">
      <w:pPr>
        <w:spacing w:after="0"/>
        <w:rPr>
          <w:rFonts w:hint="eastAsia"/>
        </w:rPr>
      </w:pPr>
    </w:p>
    <w:sectPr w:rsidR="00B075C5" w:rsidSect="00034616">
      <w:footerReference w:type="default" r:id="rId8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0C6F9" w14:textId="77777777" w:rsidR="007E0A0A" w:rsidRDefault="007E0A0A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122BDA2" w14:textId="77777777" w:rsidR="007E0A0A" w:rsidRDefault="007E0A0A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777E1" w14:textId="77777777" w:rsidR="00B075C5" w:rsidRDefault="007E0A0A">
    <w:pPr>
      <w:pStyle w:val="Piedepgina"/>
      <w:jc w:val="center"/>
      <w:rPr>
        <w:rFonts w:hint="eastAsia"/>
      </w:rPr>
    </w:pPr>
    <w:r>
      <w:rPr>
        <w:color w:val="6B7280"/>
        <w:sz w:val="15"/>
      </w:rPr>
      <w:t>Recomendación Yuma: mantén tu CV claro, actualizado y enfocado en la posición a la que estás aplicando.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E26EC" w14:textId="77777777" w:rsidR="007E0A0A" w:rsidRDefault="007E0A0A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EC5054A" w14:textId="77777777" w:rsidR="007E0A0A" w:rsidRDefault="007E0A0A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4DD8"/>
    <w:rsid w:val="0015074B"/>
    <w:rsid w:val="0029639D"/>
    <w:rsid w:val="00326F90"/>
    <w:rsid w:val="007E0A0A"/>
    <w:rsid w:val="00AA1D8D"/>
    <w:rsid w:val="00B075C5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302E9E"/>
  <w14:defaultImageDpi w14:val="300"/>
  <w15:docId w15:val="{DA0068E1-92B9-44A3-9BC2-344BD1824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Alejandra</cp:lastModifiedBy>
  <cp:revision>2</cp:revision>
  <dcterms:created xsi:type="dcterms:W3CDTF">2026-08-20T16:01:00Z</dcterms:created>
  <dcterms:modified xsi:type="dcterms:W3CDTF">2026-08-20T16:01:00Z</dcterms:modified>
  <cp:category/>
</cp:coreProperties>
</file>